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27E1C" w:rsidRPr="00127E1C" w:rsidTr="006E2A3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127E1C" w:rsidRPr="00127E1C" w:rsidRDefault="00127E1C" w:rsidP="00127E1C">
            <w:pPr>
              <w:keepNext/>
              <w:jc w:val="center"/>
              <w:rPr>
                <w:i/>
                <w:color w:val="595959"/>
              </w:rPr>
            </w:pPr>
            <w:r w:rsidRPr="00127E1C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61C60560" wp14:editId="04C9252C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E1C" w:rsidRPr="00127E1C" w:rsidRDefault="00127E1C" w:rsidP="00127E1C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127E1C" w:rsidRPr="00127E1C" w:rsidRDefault="00127E1C" w:rsidP="00127E1C">
            <w:pPr>
              <w:keepNext/>
            </w:pPr>
            <w:proofErr w:type="spellStart"/>
            <w:r w:rsidRPr="00127E1C">
              <w:rPr>
                <w:b/>
              </w:rPr>
              <w:t>Județul</w:t>
            </w:r>
            <w:proofErr w:type="spellEnd"/>
            <w:r w:rsidRPr="00127E1C">
              <w:rPr>
                <w:b/>
              </w:rPr>
              <w:t xml:space="preserve">   </w:t>
            </w:r>
            <w:proofErr w:type="spellStart"/>
            <w:r w:rsidRPr="00127E1C">
              <w:rPr>
                <w:b/>
              </w:rPr>
              <w:t>Botoșani</w:t>
            </w:r>
            <w:proofErr w:type="spellEnd"/>
          </w:p>
          <w:p w:rsidR="00127E1C" w:rsidRPr="00127E1C" w:rsidRDefault="00127E1C" w:rsidP="00127E1C">
            <w:pPr>
              <w:keepNext/>
            </w:pPr>
          </w:p>
        </w:tc>
      </w:tr>
      <w:tr w:rsidR="00127E1C" w:rsidRPr="00127E1C" w:rsidTr="006E2A37">
        <w:trPr>
          <w:cantSplit/>
          <w:trHeight w:val="510"/>
        </w:trPr>
        <w:tc>
          <w:tcPr>
            <w:tcW w:w="1606" w:type="dxa"/>
            <w:vMerge/>
          </w:tcPr>
          <w:p w:rsidR="00127E1C" w:rsidRPr="00127E1C" w:rsidRDefault="00127E1C" w:rsidP="00127E1C"/>
        </w:tc>
        <w:tc>
          <w:tcPr>
            <w:tcW w:w="8030" w:type="dxa"/>
            <w:gridSpan w:val="3"/>
            <w:shd w:val="clear" w:color="auto" w:fill="F0F0F0"/>
          </w:tcPr>
          <w:p w:rsidR="00127E1C" w:rsidRPr="00127E1C" w:rsidRDefault="00127E1C" w:rsidP="00127E1C">
            <w:pPr>
              <w:keepNext/>
            </w:pPr>
            <w:proofErr w:type="spellStart"/>
            <w:r w:rsidRPr="00127E1C">
              <w:rPr>
                <w:b/>
              </w:rPr>
              <w:t>Primăria</w:t>
            </w:r>
            <w:proofErr w:type="spellEnd"/>
            <w:r w:rsidRPr="00127E1C">
              <w:rPr>
                <w:b/>
              </w:rPr>
              <w:t xml:space="preserve"> </w:t>
            </w:r>
            <w:proofErr w:type="spellStart"/>
            <w:r w:rsidRPr="00127E1C">
              <w:rPr>
                <w:b/>
              </w:rPr>
              <w:t>Manoleasa</w:t>
            </w:r>
            <w:proofErr w:type="spellEnd"/>
          </w:p>
          <w:p w:rsidR="00127E1C" w:rsidRPr="00127E1C" w:rsidRDefault="00127E1C" w:rsidP="00127E1C">
            <w:pPr>
              <w:keepNext/>
            </w:pPr>
          </w:p>
        </w:tc>
      </w:tr>
      <w:tr w:rsidR="00127E1C" w:rsidRPr="00127E1C" w:rsidTr="006E2A37">
        <w:trPr>
          <w:cantSplit/>
          <w:trHeight w:val="510"/>
        </w:trPr>
        <w:tc>
          <w:tcPr>
            <w:tcW w:w="1606" w:type="dxa"/>
            <w:vMerge/>
          </w:tcPr>
          <w:p w:rsidR="00127E1C" w:rsidRPr="00127E1C" w:rsidRDefault="00127E1C" w:rsidP="00127E1C"/>
        </w:tc>
        <w:tc>
          <w:tcPr>
            <w:tcW w:w="2409" w:type="dxa"/>
            <w:shd w:val="clear" w:color="auto" w:fill="F0F0F0"/>
          </w:tcPr>
          <w:p w:rsidR="00127E1C" w:rsidRPr="00127E1C" w:rsidRDefault="00127E1C" w:rsidP="00127E1C">
            <w:pPr>
              <w:keepNext/>
              <w:rPr>
                <w:lang w:val="fr-FR"/>
              </w:rPr>
            </w:pPr>
            <w:r w:rsidRPr="00127E1C">
              <w:rPr>
                <w:b/>
                <w:lang w:val="fr-FR"/>
              </w:rPr>
              <w:t xml:space="preserve">Cod </w:t>
            </w:r>
            <w:proofErr w:type="gramStart"/>
            <w:r w:rsidRPr="00127E1C">
              <w:rPr>
                <w:b/>
                <w:lang w:val="fr-FR"/>
              </w:rPr>
              <w:t xml:space="preserve">de </w:t>
            </w:r>
            <w:proofErr w:type="spellStart"/>
            <w:r w:rsidRPr="00127E1C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127E1C">
              <w:rPr>
                <w:b/>
                <w:lang w:val="fr-FR"/>
              </w:rPr>
              <w:t xml:space="preserve"> </w:t>
            </w:r>
            <w:proofErr w:type="spellStart"/>
            <w:r w:rsidRPr="00127E1C">
              <w:rPr>
                <w:b/>
                <w:lang w:val="fr-FR"/>
              </w:rPr>
              <w:t>fiscală</w:t>
            </w:r>
            <w:proofErr w:type="spellEnd"/>
            <w:r w:rsidRPr="00127E1C">
              <w:rPr>
                <w:b/>
                <w:lang w:val="fr-FR"/>
              </w:rPr>
              <w:t xml:space="preserve"> (CIF)</w:t>
            </w:r>
          </w:p>
          <w:p w:rsidR="00127E1C" w:rsidRPr="00127E1C" w:rsidRDefault="00127E1C" w:rsidP="00127E1C">
            <w:pPr>
              <w:keepNext/>
              <w:rPr>
                <w:lang w:val="fr-FR"/>
              </w:rPr>
            </w:pPr>
            <w:r w:rsidRPr="00127E1C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127E1C" w:rsidRPr="00127E1C" w:rsidRDefault="00127E1C" w:rsidP="00127E1C">
            <w:pPr>
              <w:keepNext/>
              <w:rPr>
                <w:b/>
                <w:lang w:val="pt-PT"/>
              </w:rPr>
            </w:pPr>
            <w:r w:rsidRPr="00127E1C">
              <w:rPr>
                <w:b/>
                <w:lang w:val="pt-PT"/>
              </w:rPr>
              <w:t>Adresa: Strada Principal</w:t>
            </w:r>
            <w:r w:rsidRPr="00127E1C">
              <w:rPr>
                <w:b/>
                <w:lang w:val="ro-RO"/>
              </w:rPr>
              <w:t>ă</w:t>
            </w:r>
            <w:r w:rsidRPr="00127E1C">
              <w:rPr>
                <w:b/>
                <w:lang w:val="pt-PT"/>
              </w:rPr>
              <w:t>, Nr. 37, Cod poștal 717230</w:t>
            </w:r>
          </w:p>
          <w:p w:rsidR="00127E1C" w:rsidRPr="00127E1C" w:rsidRDefault="00127E1C" w:rsidP="00127E1C">
            <w:pPr>
              <w:keepNext/>
              <w:rPr>
                <w:b/>
                <w:lang w:val="it-IT"/>
              </w:rPr>
            </w:pPr>
            <w:r w:rsidRPr="00127E1C">
              <w:rPr>
                <w:b/>
                <w:lang w:val="it-IT"/>
              </w:rPr>
              <w:t xml:space="preserve">Telefon: </w:t>
            </w:r>
            <w:r w:rsidRPr="00127E1C">
              <w:rPr>
                <w:rFonts w:cs="Times New Roman"/>
                <w:b/>
                <w:lang w:eastAsia="ro-RO"/>
              </w:rPr>
              <w:t xml:space="preserve">0231-560101 / </w:t>
            </w:r>
            <w:r w:rsidRPr="00127E1C">
              <w:rPr>
                <w:b/>
                <w:lang w:val="it-IT"/>
              </w:rPr>
              <w:t xml:space="preserve"> </w:t>
            </w:r>
            <w:r w:rsidRPr="00127E1C">
              <w:rPr>
                <w:rFonts w:cs="Times New Roman"/>
                <w:b/>
                <w:lang w:eastAsia="ro-RO"/>
              </w:rPr>
              <w:t>0231-560222</w:t>
            </w:r>
          </w:p>
          <w:p w:rsidR="00127E1C" w:rsidRPr="00127E1C" w:rsidRDefault="00127E1C" w:rsidP="00127E1C">
            <w:pPr>
              <w:keepNext/>
              <w:rPr>
                <w:b/>
                <w:lang w:val="it-IT"/>
              </w:rPr>
            </w:pPr>
            <w:r w:rsidRPr="00127E1C">
              <w:rPr>
                <w:b/>
                <w:lang w:val="it-IT"/>
              </w:rPr>
              <w:t xml:space="preserve">E-mail: </w:t>
            </w:r>
            <w:r w:rsidRPr="00127E1C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127E1C">
                <w:rPr>
                  <w:rFonts w:cs="Times New Roman"/>
                  <w:b/>
                </w:rPr>
                <w:t>primaria_manoleasa@yahoo.com</w:t>
              </w:r>
            </w:hyperlink>
          </w:p>
          <w:p w:rsidR="00127E1C" w:rsidRPr="00127E1C" w:rsidRDefault="00127E1C" w:rsidP="00127E1C">
            <w:pPr>
              <w:keepNext/>
              <w:rPr>
                <w:b/>
              </w:rPr>
            </w:pPr>
            <w:r w:rsidRPr="00127E1C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127E1C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127E1C" w:rsidRPr="00127E1C" w:rsidTr="006E2A37">
        <w:trPr>
          <w:cantSplit/>
          <w:trHeight w:val="510"/>
        </w:trPr>
        <w:tc>
          <w:tcPr>
            <w:tcW w:w="1606" w:type="dxa"/>
            <w:vMerge/>
          </w:tcPr>
          <w:p w:rsidR="00127E1C" w:rsidRPr="00127E1C" w:rsidRDefault="00127E1C" w:rsidP="00127E1C"/>
        </w:tc>
        <w:tc>
          <w:tcPr>
            <w:tcW w:w="4818" w:type="dxa"/>
            <w:gridSpan w:val="2"/>
            <w:shd w:val="clear" w:color="auto" w:fill="F0F0F0"/>
          </w:tcPr>
          <w:p w:rsidR="00127E1C" w:rsidRPr="00127E1C" w:rsidRDefault="00127E1C" w:rsidP="00127E1C">
            <w:pPr>
              <w:keepNext/>
            </w:pPr>
            <w:proofErr w:type="spellStart"/>
            <w:r w:rsidRPr="00127E1C">
              <w:rPr>
                <w:b/>
              </w:rPr>
              <w:t>Număr</w:t>
            </w:r>
            <w:proofErr w:type="spellEnd"/>
            <w:r w:rsidRPr="00127E1C">
              <w:rPr>
                <w:b/>
              </w:rPr>
              <w:t xml:space="preserve"> de </w:t>
            </w:r>
            <w:proofErr w:type="spellStart"/>
            <w:r w:rsidRPr="00127E1C">
              <w:rPr>
                <w:b/>
              </w:rPr>
              <w:t>înregistrare</w:t>
            </w:r>
            <w:proofErr w:type="spellEnd"/>
          </w:p>
          <w:p w:rsidR="00127E1C" w:rsidRPr="00127E1C" w:rsidRDefault="00127E1C" w:rsidP="00127E1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27E1C" w:rsidRPr="00127E1C" w:rsidRDefault="00127E1C" w:rsidP="00127E1C">
            <w:pPr>
              <w:keepNext/>
            </w:pPr>
            <w:r w:rsidRPr="00127E1C">
              <w:rPr>
                <w:b/>
              </w:rPr>
              <w:t>Data</w:t>
            </w:r>
          </w:p>
          <w:p w:rsidR="00127E1C" w:rsidRPr="00127E1C" w:rsidRDefault="00127E1C" w:rsidP="00127E1C">
            <w:pPr>
              <w:keepNext/>
            </w:pP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  <w:bookmarkStart w:id="0" w:name="_GoBack"/>
      <w:bookmarkEnd w:id="0"/>
    </w:p>
    <w:p w:rsidR="00BD4241" w:rsidRPr="00850B64" w:rsidRDefault="00B8556C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8556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>
        <w:trPr>
          <w:cantSplit/>
          <w:trHeight w:val="510"/>
        </w:trPr>
        <w:tc>
          <w:tcPr>
            <w:tcW w:w="9636" w:type="dxa"/>
          </w:tcPr>
          <w:p w:rsidR="00BD4241" w:rsidRPr="00A256C2" w:rsidRDefault="00B8556C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BD4241" w:rsidRPr="00A256C2" w:rsidRDefault="002C4CC5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i/>
                <w:color w:val="7A7A7A"/>
                <w:lang w:val="fr-FR"/>
              </w:rPr>
              <w:t>P</w:t>
            </w:r>
            <w:r w:rsidR="00B8556C" w:rsidRPr="00A256C2">
              <w:rPr>
                <w:i/>
                <w:color w:val="7A7A7A"/>
                <w:lang w:val="fr-FR"/>
              </w:rPr>
              <w:t>rimăria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="00B8556C"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="00B8556C"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="00B8556C"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="00B8556C"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="00B8556C"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B8556C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="002C4CC5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8556C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5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2C4CC5"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 w:rsidR="002C4CC5"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8556C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8556C">
            <w:pPr>
              <w:keepNext/>
            </w:pP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8556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>
        <w:trPr>
          <w:cantSplit/>
          <w:trHeight w:val="510"/>
        </w:trPr>
        <w:tc>
          <w:tcPr>
            <w:tcW w:w="4015" w:type="dxa"/>
            <w:gridSpan w:val="3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8556C">
            <w:pPr>
              <w:keepNext/>
            </w:pP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6424" w:type="dxa"/>
            <w:gridSpan w:val="6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 w:rsidR="002C4CC5"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BD4241" w:rsidRDefault="00BD4241">
            <w:pPr>
              <w:keepNext/>
            </w:pPr>
          </w:p>
        </w:tc>
      </w:tr>
      <w:tr w:rsidR="00BD4241" w:rsidRPr="00917520">
        <w:trPr>
          <w:cantSplit/>
        </w:trPr>
        <w:tc>
          <w:tcPr>
            <w:tcW w:w="9636" w:type="dxa"/>
            <w:gridSpan w:val="8"/>
          </w:tcPr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p w:rsidR="00BD4241" w:rsidRPr="00232B9E" w:rsidRDefault="002C4CC5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I</w:t>
      </w:r>
      <w:r w:rsidR="00B8556C" w:rsidRPr="00232B9E">
        <w:rPr>
          <w:sz w:val="18"/>
          <w:lang w:val="fr-FR"/>
        </w:rPr>
        <w:t>n</w:t>
      </w:r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conformitate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cu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prevederile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Legii</w:t>
      </w:r>
      <w:proofErr w:type="spellEnd"/>
      <w:r w:rsidR="00B8556C" w:rsidRPr="00232B9E">
        <w:rPr>
          <w:sz w:val="18"/>
          <w:lang w:val="fr-FR"/>
        </w:rPr>
        <w:t xml:space="preserve"> nr. 169/2026 </w:t>
      </w:r>
      <w:proofErr w:type="spellStart"/>
      <w:r w:rsidR="00B8556C" w:rsidRPr="00232B9E">
        <w:rPr>
          <w:sz w:val="18"/>
          <w:lang w:val="fr-FR"/>
        </w:rPr>
        <w:t>privind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Codul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amenajării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teritoriului</w:t>
      </w:r>
      <w:proofErr w:type="spellEnd"/>
      <w:r w:rsidR="00B8556C" w:rsidRPr="00232B9E">
        <w:rPr>
          <w:sz w:val="18"/>
          <w:lang w:val="fr-FR"/>
        </w:rPr>
        <w:t xml:space="preserve">, </w:t>
      </w:r>
      <w:proofErr w:type="spellStart"/>
      <w:r w:rsidR="00B8556C" w:rsidRPr="00232B9E">
        <w:rPr>
          <w:sz w:val="18"/>
          <w:lang w:val="fr-FR"/>
        </w:rPr>
        <w:t>urbanismului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și</w:t>
      </w:r>
      <w:proofErr w:type="spellEnd"/>
      <w:r>
        <w:rPr>
          <w:sz w:val="18"/>
          <w:lang w:val="fr-FR"/>
        </w:rPr>
        <w:t xml:space="preserve"> </w:t>
      </w:r>
      <w:proofErr w:type="spellStart"/>
      <w:r w:rsidR="00B8556C" w:rsidRPr="00232B9E">
        <w:rPr>
          <w:sz w:val="18"/>
          <w:lang w:val="fr-FR"/>
        </w:rPr>
        <w:t>construcțiilor</w:t>
      </w:r>
      <w:proofErr w:type="spellEnd"/>
      <w:r w:rsidR="00B8556C" w:rsidRPr="00232B9E">
        <w:rPr>
          <w:sz w:val="18"/>
          <w:lang w:val="fr-FR"/>
        </w:rPr>
        <w:t>,</w:t>
      </w:r>
    </w:p>
    <w:p w:rsidR="00BD4241" w:rsidRPr="00232B9E" w:rsidRDefault="00B8556C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:rsidR="00917520" w:rsidRDefault="00B8556C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:rsidR="00BD4241" w:rsidRDefault="00B8556C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>
        <w:rPr>
          <w:b/>
          <w:sz w:val="20"/>
          <w:lang w:val="fr-FR"/>
        </w:rPr>
        <w:t>DESFIINȚARE</w:t>
      </w:r>
    </w:p>
    <w:p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amenajări</w:t>
      </w:r>
      <w:proofErr w:type="spellEnd"/>
      <w:r w:rsidR="00917520">
        <w:rPr>
          <w:sz w:val="16"/>
          <w:lang w:val="fr-FR"/>
        </w:rPr>
        <w:t>/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inginerești</w:t>
      </w:r>
      <w:proofErr w:type="spellEnd"/>
      <w:r w:rsidR="00917520">
        <w:rPr>
          <w:lang w:val="fr-FR"/>
        </w:rPr>
        <w:t>/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="002C4CC5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2C4CC5">
            <w:pPr>
              <w:keepNext/>
            </w:pPr>
            <w:proofErr w:type="spellStart"/>
            <w:r>
              <w:rPr>
                <w:sz w:val="16"/>
              </w:rPr>
              <w:t>Î</w:t>
            </w:r>
            <w:r w:rsidR="00B8556C">
              <w:rPr>
                <w:sz w:val="16"/>
              </w:rPr>
              <w:t>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 w:rsidR="00B8556C">
              <w:rPr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:rsidR="00BD4241" w:rsidRDefault="00B8556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>
        <w:trPr>
          <w:cantSplit/>
        </w:trPr>
        <w:tc>
          <w:tcPr>
            <w:tcW w:w="9636" w:type="dxa"/>
            <w:gridSpan w:val="7"/>
          </w:tcPr>
          <w:p w:rsidR="00BD4241" w:rsidRDefault="00B8556C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2409" w:type="dxa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4"/>
          </w:tcPr>
          <w:p w:rsidR="00BD4241" w:rsidRPr="00A256C2" w:rsidRDefault="00B8556C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:rsidR="00BD4241" w:rsidRPr="00A256C2" w:rsidRDefault="002C4CC5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i/>
                <w:color w:val="7A7A7A"/>
                <w:lang w:val="fr-FR"/>
              </w:rPr>
              <w:t>D</w:t>
            </w:r>
            <w:r w:rsidR="00B8556C" w:rsidRPr="00A256C2">
              <w:rPr>
                <w:i/>
                <w:color w:val="7A7A7A"/>
                <w:lang w:val="fr-FR"/>
              </w:rPr>
              <w:t>acă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="00B8556C"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="00B8556C"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="00B8556C"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BD4241" w:rsidRDefault="00B8556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4818" w:type="dxa"/>
            <w:gridSpan w:val="3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 w:rsidR="002C4CC5"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B8556C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 w:rsidR="002C4CC5"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:rsidR="00BD4241" w:rsidRDefault="00BD4241">
            <w:pPr>
              <w:keepNext/>
            </w:pPr>
          </w:p>
        </w:tc>
      </w:tr>
    </w:tbl>
    <w:p w:rsidR="00BD4241" w:rsidRDefault="00BD4241">
      <w:pPr>
        <w:spacing w:line="168" w:lineRule="auto"/>
      </w:pPr>
    </w:p>
    <w:p w:rsidR="00BD4241" w:rsidRDefault="00B8556C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8556C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B8556C">
            <w:pPr>
              <w:keepNext/>
              <w:rPr>
                <w:b/>
                <w:bCs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8556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2C4CC5">
            <w:pPr>
              <w:keepNext/>
              <w:rPr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r</w:t>
            </w:r>
            <w:r w:rsidR="00B8556C" w:rsidRPr="00A256C2">
              <w:rPr>
                <w:sz w:val="16"/>
                <w:lang w:val="fr-FR"/>
              </w:rPr>
              <w:t>ealizate</w:t>
            </w:r>
            <w:proofErr w:type="spellEnd"/>
            <w:r w:rsidR="00B8556C" w:rsidRP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B8556C"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A256C2" w:rsidRDefault="00B8556C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a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</w:p>
          <w:p w:rsidR="00BD4241" w:rsidRPr="00A256C2" w:rsidRDefault="00A256C2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informații</w:t>
            </w:r>
            <w:proofErr w:type="gramEnd"/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917520" w:rsidRDefault="00B8556C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 xml:space="preserve">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proofErr w:type="gram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și B.3)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17520">
            <w:pPr>
              <w:keepNext/>
              <w:rPr>
                <w:b/>
                <w:bCs/>
                <w:sz w:val="16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gramStart"/>
            <w:r w:rsidR="00B8556C" w:rsidRPr="00917520">
              <w:rPr>
                <w:b/>
                <w:bCs/>
                <w:sz w:val="16"/>
              </w:rPr>
              <w:t xml:space="preserve">B.2 </w:t>
            </w:r>
            <w:r>
              <w:rPr>
                <w:b/>
                <w:bCs/>
                <w:sz w:val="16"/>
              </w:rPr>
              <w:t>.</w:t>
            </w:r>
            <w:r w:rsidR="00B8556C" w:rsidRPr="00917520">
              <w:rPr>
                <w:b/>
                <w:bCs/>
                <w:sz w:val="16"/>
              </w:rPr>
              <w:t>·</w:t>
            </w:r>
            <w:proofErr w:type="gramEnd"/>
            <w:r w:rsidR="00B8556C" w:rsidRPr="00917520">
              <w:rPr>
                <w:b/>
                <w:bCs/>
                <w:sz w:val="16"/>
              </w:rPr>
              <w:t>l</w:t>
            </w:r>
            <w:r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r w:rsidRPr="00917520">
              <w:rPr>
                <w:b/>
                <w:bCs/>
                <w:sz w:val="16"/>
              </w:rPr>
              <w:t>construcții</w:t>
            </w:r>
            <w:proofErr w:type="spellEnd"/>
            <w:r w:rsidR="00B8556C" w:rsidRPr="00917520">
              <w:rPr>
                <w:b/>
                <w:bCs/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8556C">
            <w:pPr>
              <w:keepNext/>
            </w:pPr>
            <w:r>
              <w:rPr>
                <w:sz w:val="16"/>
              </w:rPr>
              <w:t xml:space="preserve">☐ </w:t>
            </w:r>
            <w:proofErr w:type="gramStart"/>
            <w:r>
              <w:rPr>
                <w:sz w:val="16"/>
              </w:rPr>
              <w:t>monument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 w:rsidR="00667E5C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8556C">
            <w:pPr>
              <w:keepNext/>
            </w:pPr>
            <w:r>
              <w:rPr>
                <w:sz w:val="16"/>
              </w:rPr>
              <w:t>☐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8556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8556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 xml:space="preserve">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proofErr w:type="gram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☐  B.3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="002C4CC5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>☐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>☐</w:t>
            </w:r>
            <w:proofErr w:type="spellStart"/>
            <w:r>
              <w:rPr>
                <w:sz w:val="16"/>
                <w:lang w:val="fr-FR"/>
              </w:rPr>
              <w:t>din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categoria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celor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8556C">
            <w:pPr>
              <w:keepNext/>
            </w:pP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8556C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civile</w:t>
            </w:r>
            <w:proofErr w:type="spellEnd"/>
            <w:r>
              <w:rPr>
                <w:sz w:val="16"/>
              </w:rPr>
              <w:t xml:space="preserve">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r w:rsidR="002C4CC5">
              <w:rPr>
                <w:sz w:val="16"/>
              </w:rPr>
              <w:t xml:space="preserve">character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8556C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 w:rsidR="002C4CC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 xml:space="preserve">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proofErr w:type="gram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8556C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200AB0" w:rsidRDefault="00B8556C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</w:p>
          <w:p w:rsidR="00A256C2" w:rsidRPr="00A256C2" w:rsidRDefault="00200AB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la sol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</w:p>
          <w:p w:rsidR="00BD4241" w:rsidRPr="00232B9E" w:rsidRDefault="00A256C2">
            <w:pPr>
              <w:rPr>
                <w:lang w:val="fr-FR"/>
              </w:rPr>
            </w:pPr>
            <w:r w:rsidRPr="00232B9E">
              <w:rPr>
                <w:sz w:val="16"/>
                <w:lang w:val="fr-FR"/>
              </w:rPr>
              <w:t xml:space="preserve">☐ </w:t>
            </w:r>
            <w:proofErr w:type="gramStart"/>
            <w:r w:rsidRPr="00232B9E">
              <w:rPr>
                <w:sz w:val="16"/>
                <w:lang w:val="fr-FR"/>
              </w:rPr>
              <w:t xml:space="preserve">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</w:t>
            </w:r>
            <w:proofErr w:type="gramEnd"/>
            <w:r w:rsidRPr="00232B9E">
              <w:rPr>
                <w:sz w:val="16"/>
                <w:lang w:val="fr-FR"/>
              </w:rPr>
              <w:t xml:space="preserve">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8556C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8556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="002C4CC5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BD4241" w:rsidRDefault="00B8556C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B8556C">
            <w:r>
              <w:rPr>
                <w:b/>
                <w:color w:val="0D5F78"/>
              </w:rPr>
              <w:t>Data</w:t>
            </w:r>
          </w:p>
          <w:p w:rsidR="00BD4241" w:rsidRDefault="00BD4241"/>
        </w:tc>
        <w:tc>
          <w:tcPr>
            <w:tcW w:w="4818" w:type="dxa"/>
          </w:tcPr>
          <w:p w:rsidR="00BD4241" w:rsidRDefault="00B8556C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BD4241" w:rsidRDefault="00BD4241"/>
        </w:tc>
        <w:tc>
          <w:tcPr>
            <w:tcW w:w="3212" w:type="dxa"/>
          </w:tcPr>
          <w:p w:rsidR="00BD4241" w:rsidRDefault="00B8556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BD4241" w:rsidRDefault="00BD4241"/>
        </w:tc>
      </w:tr>
    </w:tbl>
    <w:p w:rsidR="00BD4241" w:rsidRDefault="00BD4241">
      <w:pPr>
        <w:spacing w:line="168" w:lineRule="auto"/>
      </w:pPr>
    </w:p>
    <w:sectPr w:rsidR="00BD4241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2B2" w:rsidRDefault="004232B2">
      <w:r>
        <w:separator/>
      </w:r>
    </w:p>
  </w:endnote>
  <w:endnote w:type="continuationSeparator" w:id="0">
    <w:p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241" w:rsidRDefault="00B8556C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E71EB1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1EB1">
      <w:rPr>
        <w:color w:val="595959"/>
      </w:rPr>
      <w:fldChar w:fldCharType="separate"/>
    </w:r>
    <w:r w:rsidR="004A7CD3">
      <w:rPr>
        <w:noProof/>
        <w:color w:val="595959"/>
      </w:rPr>
      <w:t>1</w:t>
    </w:r>
    <w:r w:rsidR="00E71EB1">
      <w:rPr>
        <w:color w:val="595959"/>
      </w:rPr>
      <w:fldChar w:fldCharType="end"/>
    </w:r>
    <w:r>
      <w:rPr>
        <w:color w:val="595959"/>
      </w:rPr>
      <w:t xml:space="preserve"> din </w:t>
    </w:r>
    <w:r w:rsidR="00E71EB1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1EB1">
      <w:rPr>
        <w:color w:val="595959"/>
      </w:rPr>
      <w:fldChar w:fldCharType="separate"/>
    </w:r>
    <w:r w:rsidR="004A7CD3">
      <w:rPr>
        <w:noProof/>
        <w:color w:val="595959"/>
      </w:rPr>
      <w:t>2</w:t>
    </w:r>
    <w:r w:rsidR="00E71EB1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2B2" w:rsidRDefault="004232B2">
      <w:r>
        <w:separator/>
      </w:r>
    </w:p>
  </w:footnote>
  <w:footnote w:type="continuationSeparator" w:id="0">
    <w:p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1444F"/>
    <w:rsid w:val="00127E1C"/>
    <w:rsid w:val="0015074B"/>
    <w:rsid w:val="00200AB0"/>
    <w:rsid w:val="00232B9E"/>
    <w:rsid w:val="0029639D"/>
    <w:rsid w:val="002C4CC5"/>
    <w:rsid w:val="002E6BBF"/>
    <w:rsid w:val="0030140A"/>
    <w:rsid w:val="00310900"/>
    <w:rsid w:val="00326F90"/>
    <w:rsid w:val="004232B2"/>
    <w:rsid w:val="004408E8"/>
    <w:rsid w:val="00462384"/>
    <w:rsid w:val="004A7CD3"/>
    <w:rsid w:val="00667E5C"/>
    <w:rsid w:val="006C103E"/>
    <w:rsid w:val="00745F29"/>
    <w:rsid w:val="00850B64"/>
    <w:rsid w:val="00917520"/>
    <w:rsid w:val="009511F8"/>
    <w:rsid w:val="00A256C2"/>
    <w:rsid w:val="00AA1D8D"/>
    <w:rsid w:val="00B47730"/>
    <w:rsid w:val="00B8556C"/>
    <w:rsid w:val="00BD4241"/>
    <w:rsid w:val="00CB0664"/>
    <w:rsid w:val="00D50DD0"/>
    <w:rsid w:val="00E71EB1"/>
    <w:rsid w:val="00F34203"/>
    <w:rsid w:val="00FC693F"/>
    <w:rsid w:val="00FE1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277B6F-99B5-49E9-A9B0-7F142FDB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556C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556C"/>
    <w:rPr>
      <w:rFonts w:ascii="Tahoma" w:hAnsi="Tahoma" w:cs="Tahoma"/>
      <w:sz w:val="16"/>
      <w:szCs w:val="16"/>
    </w:rPr>
  </w:style>
  <w:style w:type="character" w:styleId="Hyperlink">
    <w:name w:val="Hyperlink"/>
    <w:rsid w:val="002C4CC5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5CEA03-2A38-4556-8AB4-4D0263575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3430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27</cp:revision>
  <dcterms:created xsi:type="dcterms:W3CDTF">2026-10-15T12:55:00Z</dcterms:created>
  <dcterms:modified xsi:type="dcterms:W3CDTF">2026-10-27T08:46:00Z</dcterms:modified>
</cp:coreProperties>
</file>